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10 · Vendre son travail</w:t>
      </w:r>
    </w:p>
    <w:p>
      <w:r>
        <w:rPr>
          <w:rFonts w:ascii="Georgia" w:hAnsi="Georgia"/>
          <w:b/>
          <w:color w:val="14304F"/>
          <w:sz w:val="44"/>
        </w:rPr>
        <w:t>Salons : choisir, chiffrer, préparer, faire le bilan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Un salon coûte cher, en argent comme en énergie, et il n'assure pas les ventes. Cette fiche vous aide à choisir vos salons, à chiffrer ce qu'ils doivent vous rapporter, à les préparer et à faire le bilan de votre saison. Elle prolonge le compte rendu « Participer à des salons : choisir, négocier, construire sa saison ».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Choisir : comparez deux ou trois salons</w:t>
      </w:r>
    </w:p>
    <w:p>
      <w:pPr>
        <w:spacing w:after="80"/>
      </w:pPr>
      <w:r>
        <w:rPr>
          <w:b w:val="0"/>
          <w:i w:val="0"/>
        </w:rPr>
        <w:t xml:space="preserve">Avant de candidater, analysez le positionnement du salon, pas le vôtre. Le webinaire proposait la règle des cinq P : </w:t>
      </w:r>
      <w:r>
        <w:rPr>
          <w:b/>
          <w:i w:val="0"/>
        </w:rPr>
        <w:t>production</w:t>
      </w:r>
      <w:r>
        <w:rPr>
          <w:b w:val="0"/>
          <w:i w:val="0"/>
        </w:rPr>
        <w:t xml:space="preserve">, </w:t>
      </w:r>
      <w:r>
        <w:rPr>
          <w:b/>
          <w:i w:val="0"/>
        </w:rPr>
        <w:t>prix</w:t>
      </w:r>
      <w:r>
        <w:rPr>
          <w:b w:val="0"/>
          <w:i w:val="0"/>
        </w:rPr>
        <w:t xml:space="preserve">, </w:t>
      </w:r>
      <w:r>
        <w:rPr>
          <w:b/>
          <w:i w:val="0"/>
        </w:rPr>
        <w:t>place</w:t>
      </w:r>
      <w:r>
        <w:rPr>
          <w:b w:val="0"/>
          <w:i w:val="0"/>
        </w:rPr>
        <w:t xml:space="preserve">, </w:t>
      </w:r>
      <w:r>
        <w:rPr>
          <w:b/>
          <w:i w:val="0"/>
        </w:rPr>
        <w:t>promotion</w:t>
      </w:r>
      <w:r>
        <w:rPr>
          <w:b w:val="0"/>
          <w:i w:val="0"/>
        </w:rPr>
        <w:t xml:space="preserve">, et le </w:t>
      </w:r>
      <w:r>
        <w:rPr>
          <w:b/>
          <w:i w:val="0"/>
        </w:rPr>
        <w:t>public</w:t>
      </w:r>
      <w:r>
        <w:rPr>
          <w:b w:val="0"/>
          <w:i w:val="0"/>
        </w:rPr>
        <w:t>, qui découle des quatre autres. Deux repères : un salon reconnu a souvent plus de dix ans (repère de 2021) ; ne soyez jamais le plus cher du salon. Notez vos réponses en quelques mots, puis comparez.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Critère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Salon 1 : ………………………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Salon 2 : ………………………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Salon 3 : ………………………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Nature</w:t>
            </w:r>
            <w:r>
              <w:rPr>
                <w:b/>
                <w:i w:val="0"/>
                <w:sz w:val="19"/>
              </w:rPr>
              <w:t xml:space="preserve"> · Marché, foire, salon, biennale ? Art, ou un autre thème (sport, vin, une cause)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Sélection</w:t>
            </w:r>
            <w:r>
              <w:rPr>
                <w:b/>
                <w:i w:val="0"/>
                <w:sz w:val="19"/>
              </w:rPr>
              <w:t xml:space="preserve"> · Jury sur dossier, stand ouvert à tous, ou réservé aux galeries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Production</w:t>
            </w:r>
            <w:r>
              <w:rPr>
                <w:b/>
                <w:i w:val="0"/>
                <w:sz w:val="19"/>
              </w:rPr>
              <w:t xml:space="preserve"> · Quelles œuvres, quels artistes ? Beaucoup d'amateurs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Prix</w:t>
            </w:r>
            <w:r>
              <w:rPr>
                <w:b/>
                <w:i w:val="0"/>
                <w:sz w:val="19"/>
              </w:rPr>
              <w:t xml:space="preserve"> · Quels prix affichés ? Où se situent les vôtres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Place</w:t>
            </w:r>
            <w:r>
              <w:rPr>
                <w:b/>
                <w:i w:val="0"/>
                <w:sz w:val="19"/>
              </w:rPr>
              <w:t xml:space="preserve"> · Quel lieu ? Un public local, ou international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Promotion</w:t>
            </w:r>
            <w:r>
              <w:rPr>
                <w:b/>
                <w:i w:val="0"/>
                <w:sz w:val="19"/>
              </w:rPr>
              <w:t xml:space="preserve"> · Qui l'organise, depuis quand, avec quels soutiens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Public</w:t>
            </w:r>
            <w:r>
              <w:rPr>
                <w:b/>
                <w:i w:val="0"/>
                <w:sz w:val="19"/>
              </w:rPr>
              <w:t xml:space="preserve"> · Collectionneurs, amateurs d'un thème, promeneurs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Coût</w:t>
            </w:r>
            <w:r>
              <w:rPr>
                <w:b/>
                <w:i w:val="0"/>
                <w:sz w:val="19"/>
              </w:rPr>
              <w:t xml:space="preserve"> · Prix du stand annoncé, et ce que vous pensez obtenir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Moment</w:t>
            </w:r>
            <w:r>
              <w:rPr>
                <w:b/>
                <w:i w:val="0"/>
                <w:sz w:val="19"/>
              </w:rPr>
              <w:t xml:space="preserve"> · Dates, date limite du dossier, grandes semaines de l'art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Vérifié</w:t>
            </w:r>
            <w:r>
              <w:rPr>
                <w:b/>
                <w:i w:val="0"/>
                <w:sz w:val="19"/>
              </w:rPr>
              <w:t xml:space="preserve"> · L'avez-vous visité ? Qu'en disent des exposants proches de vous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Objectif</w:t>
            </w:r>
            <w:r>
              <w:rPr>
                <w:b/>
                <w:i w:val="0"/>
                <w:sz w:val="19"/>
              </w:rPr>
              <w:t xml:space="preserve"> · Un CV, des contacts, ou vendre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Cohérence</w:t>
            </w:r>
            <w:r>
              <w:rPr>
                <w:b/>
                <w:i w:val="0"/>
                <w:sz w:val="19"/>
              </w:rPr>
              <w:t xml:space="preserve"> · Votre travail y a-t-il sa place ? Quelles œuvres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Verdict</w:t>
            </w:r>
            <w:r>
              <w:rPr>
                <w:b/>
                <w:i w:val="0"/>
                <w:sz w:val="19"/>
              </w:rPr>
              <w:t xml:space="preserve"> · J'y vais, pas pour moi, ou plus tard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Chiffrer : le budget et le point d'équilibre</w:t>
      </w:r>
    </w:p>
    <w:p>
      <w:pPr>
        <w:spacing w:after="80"/>
      </w:pPr>
      <w:r>
        <w:rPr>
          <w:b w:val="0"/>
          <w:i w:val="0"/>
        </w:rPr>
        <w:t>Un budget par salon : la colonne « Prévu » avant de vous engager, la colonne « Réel » au retour, pour le bilan.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Poste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Repères et questions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Prévu (avant)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Réel (après)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Stand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500 à 5 000 € en 2021 ; négociez toujours.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Inscription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Dossier, catalogue : voyez le règlement.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Transport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Camionnette louée, transporteur, covoiturage de colis.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Assurance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Que couvrent le salon et votre contrat ?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Séjour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Trajets, hébergement, repas, toute la durée.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Stand équipé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Accrochage, éclairage, cartels, écriteaux de prix.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Œuvres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Encadrement, socles, emballages.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Communication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Invitations (à négocier), cartes, envois.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À déduire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La part de vos partenaires de stand collectif.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– 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 xml:space="preserve">– 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A</w:t>
            </w:r>
          </w:p>
        </w:tc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Total des frais</w:t>
            </w:r>
          </w:p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Votre temps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Montage, présence, démontage : en jours.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… jours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… jours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Le point d'équilibre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Prévu (avant)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Réel (après)</w:t>
            </w:r>
          </w:p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B. Prix moyen d'une œuvre que vous pensez vendre sur ce salon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C. Ce qui en est retiré : commission du salon s'il en prend une, coût de l'œuvre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D. Ce qui vous reste par œuvre vendue : B – C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Œuvres à vendre pour couvrir les frais : A ÷ D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E. Œuvres vendues</w:t>
            </w:r>
          </w:p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Calcul avant cotisations sociales et impôts : la vente de vos œuvres originales est un revenu artistique, soumis à cotisations (voir « Fixer ses prix »).</w:t>
      </w:r>
    </w:p>
    <w:p>
      <w:pPr>
        <w:spacing w:after="80"/>
      </w:pPr>
      <w:r>
        <w:rPr>
          <w:b w:val="0"/>
          <w:i w:val="0"/>
        </w:rPr>
        <w:t>Ce nombre est-il à votre portée ? Sinon, négociez le stand, partagez-le, ou choisissez un autre événement. Un salon n'assure pas les ventes : sur une année de salons payants, on finit souvent à l'équilibre. Donnez-lui aussi un autre objectif, votre CV ou vos contacts.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Préparer : avant, pendant, après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LE DROIT, À JOUR AU 4 OCTOBRE 2026</w:t>
            </w:r>
          </w:p>
          <w:p>
            <w:r>
              <w:rPr>
                <w:b/>
                <w:i w:val="0"/>
                <w:sz w:val="19"/>
              </w:rPr>
              <w:t>Prix.</w:t>
            </w:r>
            <w:r>
              <w:rPr>
                <w:b w:val="0"/>
                <w:i w:val="0"/>
                <w:sz w:val="19"/>
              </w:rPr>
              <w:t xml:space="preserve"> Une œuvre à vendre exposée au public, sur un stand comme en galerie, porte son prix toutes taxes comprises, par écriteau ou étiquette, sur elle ou à proximité (arrêté du 3 décembre 1987, art. 1, 4 et 5 ; voir « Fixer ses prix »). </w:t>
            </w:r>
            <w:r>
              <w:rPr>
                <w:b/>
                <w:i w:val="0"/>
                <w:sz w:val="19"/>
              </w:rPr>
              <w:t>Contacts.</w:t>
            </w:r>
            <w:r>
              <w:rPr>
                <w:b w:val="0"/>
                <w:i w:val="0"/>
                <w:sz w:val="19"/>
              </w:rPr>
              <w:t xml:space="preserve"> Pour envoyer vos actualités par e-mail à un particulier, il faut en principe son accord préalable (code des postes et des communications électroniques, art. L34-5), par une case qu'il coche lui-même, jamais pré-cochée (CNIL, 10 juin 2026). Chaque envoi dit qui vous êtes et permet de se désinscrire simplement (voir « Faire venir du public à son exposition »).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Avant de signer</w:t>
      </w:r>
    </w:p>
    <w:p>
      <w:pPr>
        <w:spacing w:after="40"/>
      </w:pPr>
      <w:r>
        <w:rPr>
          <w:b w:val="0"/>
          <w:i w:val="0"/>
        </w:rPr>
        <w:t>☐  J'ai visité le salon, ou interrogé des artistes qui y ont exposé, proches de moi par l'esprit et par les prix.</w:t>
      </w:r>
    </w:p>
    <w:p>
      <w:pPr>
        <w:spacing w:after="40"/>
      </w:pPr>
      <w:r>
        <w:rPr>
          <w:b w:val="0"/>
          <w:i w:val="0"/>
        </w:rPr>
        <w:t>☐  J'ai lu le règlement : sélection, date limite du dossier, ce que comprend le prix du stand.</w:t>
      </w:r>
    </w:p>
    <w:p>
      <w:pPr>
        <w:spacing w:after="40"/>
      </w:pPr>
      <w:r>
        <w:rPr>
          <w:b w:val="0"/>
          <w:i w:val="0"/>
        </w:rPr>
        <w:t>☐  Stand payant : je prends contact un mois avant l'ouverture, un mois et demi s'il y a un catalogue. Un salon qui n'est pas plein consent plus volontiers une réduction : je la demande.</w:t>
      </w:r>
    </w:p>
    <w:p>
      <w:pPr>
        <w:spacing w:after="40"/>
      </w:pPr>
      <w:r>
        <w:rPr>
          <w:b w:val="0"/>
          <w:i w:val="0"/>
        </w:rPr>
        <w:t>☐  J'ai négocié l'emplacement, plan en main : sur le parcours des visiteurs, pas en plein milieu.</w:t>
      </w:r>
    </w:p>
    <w:p>
      <w:pPr>
        <w:spacing w:after="40"/>
      </w:pPr>
      <w:r>
        <w:rPr>
          <w:b w:val="0"/>
          <w:i w:val="0"/>
        </w:rPr>
        <w:t>☐  J'ai demandé des invitations pour mes clients.</w:t>
      </w:r>
    </w:p>
    <w:p>
      <w:pPr>
        <w:spacing w:after="40"/>
      </w:pPr>
      <w:r>
        <w:rPr>
          <w:b w:val="0"/>
          <w:i w:val="0"/>
        </w:rPr>
        <w:t>☐  J'ai envisagé un stand collectif, pour partager les frais et peser davantage dans la négociation.</w:t>
      </w:r>
    </w:p>
    <w:p>
      <w:pPr>
        <w:spacing w:after="80"/>
      </w:pPr>
      <w:r>
        <w:rPr>
          <w:b/>
          <w:i w:val="0"/>
        </w:rPr>
        <w:t>Avant l'ouverture</w:t>
      </w:r>
    </w:p>
    <w:p>
      <w:pPr>
        <w:spacing w:after="40"/>
      </w:pPr>
      <w:r>
        <w:rPr>
          <w:b w:val="0"/>
          <w:i w:val="0"/>
        </w:rPr>
        <w:t>☐  Mes œuvres vont avec le salon, en plusieurs formats ; je n'y suis pas le plus cher.</w:t>
      </w:r>
    </w:p>
    <w:p>
      <w:pPr>
        <w:spacing w:after="40"/>
      </w:pPr>
      <w:r>
        <w:rPr>
          <w:b w:val="0"/>
          <w:i w:val="0"/>
        </w:rPr>
        <w:t>☐  Chaque œuvre porte son prix toutes taxes comprises, sur elle ou à côté (voir l'encadré).</w:t>
      </w:r>
    </w:p>
    <w:p>
      <w:pPr>
        <w:spacing w:after="40"/>
      </w:pPr>
      <w:r>
        <w:rPr>
          <w:b w:val="0"/>
          <w:i w:val="0"/>
        </w:rPr>
        <w:t>☐  La liste des œuvres et de leurs prix est imprimée ; le matériel d'accrochage est prêt.</w:t>
      </w:r>
    </w:p>
    <w:p>
      <w:pPr>
        <w:spacing w:after="40"/>
      </w:pPr>
      <w:r>
        <w:rPr>
          <w:b w:val="0"/>
          <w:i w:val="0"/>
        </w:rPr>
        <w:t>☐  Transport, assurance et hébergement sont réservés.</w:t>
      </w:r>
    </w:p>
    <w:p>
      <w:pPr>
        <w:spacing w:after="40"/>
      </w:pPr>
      <w:r>
        <w:rPr>
          <w:b w:val="0"/>
          <w:i w:val="0"/>
        </w:rPr>
        <w:t>☐  Cartes imprimées ; acheteurs et contacts invités : le salon est un temps fort de ma saison.</w:t>
      </w:r>
    </w:p>
    <w:p>
      <w:pPr>
        <w:spacing w:after="40"/>
      </w:pPr>
      <w:r>
        <w:rPr>
          <w:b w:val="0"/>
          <w:i w:val="0"/>
        </w:rPr>
        <w:t>☐  Ma fiche de contacts est prête, avec une case à cocher : « J'accepte de recevoir par e-mail les actualités de [mon nom]. »</w:t>
      </w:r>
    </w:p>
    <w:p>
      <w:pPr>
        <w:spacing w:after="80"/>
      </w:pPr>
      <w:r>
        <w:rPr>
          <w:b/>
          <w:i w:val="0"/>
        </w:rPr>
        <w:t>Pendant le salon</w:t>
      </w:r>
    </w:p>
    <w:p>
      <w:pPr>
        <w:spacing w:after="40"/>
      </w:pPr>
      <w:r>
        <w:rPr>
          <w:b w:val="0"/>
          <w:i w:val="0"/>
        </w:rPr>
        <w:t>☐  Je demande les cartes de visite plutôt que de distribuer la mienne : c'est moi qui relancerai.</w:t>
      </w:r>
    </w:p>
    <w:p>
      <w:pPr>
        <w:spacing w:after="40"/>
      </w:pPr>
      <w:r>
        <w:rPr>
          <w:b w:val="0"/>
          <w:i w:val="0"/>
        </w:rPr>
        <w:t>☐  Qui veut mes actualités coche lui-même la case d'accord ; je note de quoi nous avons parlé.</w:t>
      </w:r>
    </w:p>
    <w:p>
      <w:pPr>
        <w:spacing w:after="40"/>
      </w:pPr>
      <w:r>
        <w:rPr>
          <w:b w:val="0"/>
          <w:i w:val="0"/>
        </w:rPr>
        <w:t>☐  Rabais demandé : 10 % au plus (repère de 2021), ou un paiement en plusieurs fois, ou la livraison offerte.</w:t>
      </w:r>
    </w:p>
    <w:p>
      <w:pPr>
        <w:spacing w:after="40"/>
      </w:pPr>
      <w:r>
        <w:rPr>
          <w:b w:val="0"/>
          <w:i w:val="0"/>
        </w:rPr>
        <w:t>☐  Je note chaque vente : l'œuvre, le prix, l'acheteur.</w:t>
      </w:r>
    </w:p>
    <w:p>
      <w:pPr>
        <w:spacing w:after="40"/>
      </w:pPr>
      <w:r>
        <w:rPr>
          <w:b w:val="0"/>
          <w:i w:val="0"/>
        </w:rPr>
        <w:t>☐  Je note les œuvres qui arrêtent les visiteurs, et les questions qu'on me pose.</w:t>
      </w:r>
    </w:p>
    <w:p>
      <w:pPr>
        <w:spacing w:after="40"/>
      </w:pPr>
      <w:r>
        <w:rPr>
          <w:b w:val="0"/>
          <w:i w:val="0"/>
        </w:rPr>
        <w:t>☐  Je demande aux autres exposants comment se passe leur salon.</w:t>
      </w:r>
    </w:p>
    <w:p>
      <w:pPr>
        <w:spacing w:after="80"/>
      </w:pPr>
      <w:r>
        <w:rPr>
          <w:b/>
          <w:i w:val="0"/>
        </w:rPr>
        <w:t>Après</w:t>
      </w:r>
    </w:p>
    <w:p>
      <w:pPr>
        <w:spacing w:after="40"/>
      </w:pPr>
      <w:r>
        <w:rPr>
          <w:b w:val="0"/>
          <w:i w:val="0"/>
        </w:rPr>
        <w:t>☐  J'écris un mail personnel à chaque contact qui l'a accepté, en rappelant notre échange (voir l'article « Écrire des mails pour que l'on vous réponde »).</w:t>
      </w:r>
    </w:p>
    <w:p>
      <w:pPr>
        <w:spacing w:after="40"/>
      </w:pPr>
      <w:r>
        <w:rPr>
          <w:b w:val="0"/>
          <w:i w:val="0"/>
        </w:rPr>
        <w:t>☐  Je remercie l'organisateur ; je note ce que je négocierai l'an prochain : prix, emplacement, invitations.</w:t>
      </w:r>
    </w:p>
    <w:p>
      <w:pPr>
        <w:spacing w:after="40"/>
      </w:pPr>
      <w:r>
        <w:rPr>
          <w:b w:val="0"/>
          <w:i w:val="0"/>
        </w:rPr>
        <w:t>☐  Je remplis la colonne « Réel » du budget, puis le bilan de saison.</w:t>
      </w:r>
    </w:p>
    <w:p>
      <w:pPr>
        <w:spacing w:after="40"/>
      </w:pPr>
      <w:r>
        <w:rPr>
          <w:b w:val="0"/>
          <w:i w:val="0"/>
        </w:rPr>
        <w:t>☐  Pas de vente ? Si les autres exposants, eux, ont vendu, c'est peut-être mon positionnement qui ne convient pas.</w:t>
      </w:r>
    </w:p>
    <w:p>
      <w:pPr>
        <w:spacing w:after="40"/>
      </w:pPr>
      <w:r>
        <w:rPr>
          <w:b w:val="0"/>
          <w:i w:val="0"/>
        </w:rPr>
        <w:t>☐  Un salon bien choisi se juge sur plusieurs éditions : ses habitués aiment revoir les artistes.</w:t>
      </w:r>
    </w:p>
    <w:p>
      <w:r>
        <w:br w:type="page"/>
      </w:r>
    </w:p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Faire le bilan de la saison</w:t>
      </w:r>
    </w:p>
    <w:p>
      <w:pPr>
        <w:spacing w:after="80"/>
      </w:pPr>
      <w:r>
        <w:rPr>
          <w:b w:val="0"/>
          <w:i w:val="0"/>
        </w:rPr>
        <w:t>Une ligne par événement, salons et autres expositions. Repères du webinaire : deux à quatre salons par an, grand maximum ; deux, c'est très bien. En les alternant avec des événements hors des salons d'art, vous pouvez dépasser quatre expositions par 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Événement et dates</w:t>
            </w:r>
          </w:p>
        </w:tc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Objectif : CV, contacts, vente</w:t>
            </w:r>
          </w:p>
        </w:tc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Coût total</w:t>
            </w:r>
          </w:p>
        </w:tc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Ventes : nombre, montant</w:t>
            </w:r>
          </w:p>
        </w:tc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Contacts recueillis</w:t>
            </w:r>
          </w:p>
        </w:tc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Suites : invitations, autres événements</w:t>
            </w:r>
          </w:p>
        </w:tc>
        <w:tc>
          <w:tcPr>
            <w:tcW w:type="dxa" w:w="140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Y retourner ?</w:t>
            </w:r>
          </w:p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</w:tbl>
    <w:p>
      <w:pPr>
        <w:spacing w:after="80"/>
      </w:pPr>
      <w:r>
        <w:rPr>
          <w:b/>
          <w:i w:val="0"/>
        </w:rPr>
        <w:t>Où votre travail a-t-il suscité le plus de réactions, et le plus de ventes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Prestige et vente : cet équilibre vous convient-il ? La saison vous a-t-elle laissé le temps de créer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14304F"/>
          <w:sz w:val="23"/>
        </w:rPr>
        <w:t>La saison suivante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Événement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Période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Date limite du dossier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Objectif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Salon d'art, ou autre thème ?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Comptez au moins deux ans pour affiner votre sélection. Profitez de la lumière des grandes semaines de l'art ; en région aussi, fin septembre, octobre et avril sont des moments traditionnels d'exposition.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lacondamine.org/ressources-artistes/articles/salons/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10, d'après le webinaire de Pierre-Benoit Roux du 7 décembre 2021.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Salons : choisir, chiffrer, préparer, faire le bilan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