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5 · Présenter son travail</w:t>
      </w:r>
    </w:p>
    <w:p>
      <w:r>
        <w:rPr>
          <w:rFonts w:ascii="Georgia" w:hAnsi="Georgia"/>
          <w:b/>
          <w:color w:val="14304F"/>
          <w:sz w:val="44"/>
        </w:rPr>
        <w:t>Composer et vérifier son portfolio avant de l'envoyer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Cette fiche prolonge le compte rendu « Faire son portfolio : un document court, pensé pour son destinataire ». Remplissez les trois premières parties une fois par destinataire, en une demi-heure environ ; cochez les suivantes avant chaque envoi, en dix minutes. Le cap ne change pas : un document synthétique, facile à parcourir, qui répond aux attentes de celui qui le reçoit.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LES REPÈRES DU WEBINAIRE (22 AVRIL 2021)</w:t>
            </w:r>
          </w:p>
          <w:p>
            <w:r>
              <w:rPr>
                <w:b/>
                <w:i w:val="0"/>
                <w:sz w:val="19"/>
              </w:rPr>
              <w:t>10 à 15 pages</w:t>
            </w:r>
            <w:r>
              <w:rPr>
                <w:b w:val="0"/>
                <w:i w:val="0"/>
                <w:sz w:val="19"/>
              </w:rPr>
              <w:t xml:space="preserve"> (18, ce n'est pas grave) · </w:t>
            </w:r>
            <w:r>
              <w:rPr>
                <w:b/>
                <w:i w:val="0"/>
                <w:sz w:val="19"/>
              </w:rPr>
              <w:t>une dizaine</w:t>
            </w:r>
            <w:r>
              <w:rPr>
                <w:b w:val="0"/>
                <w:i w:val="0"/>
                <w:sz w:val="19"/>
              </w:rPr>
              <w:t xml:space="preserve"> de photos d'œuvres · une démarche d'</w:t>
            </w:r>
            <w:r>
              <w:rPr>
                <w:b/>
                <w:i w:val="0"/>
                <w:sz w:val="19"/>
              </w:rPr>
              <w:t>une dizaine de lignes</w:t>
            </w:r>
            <w:r>
              <w:rPr>
                <w:b w:val="0"/>
                <w:i w:val="0"/>
                <w:sz w:val="19"/>
              </w:rPr>
              <w:t xml:space="preserve"> · un fichier de </w:t>
            </w:r>
            <w:r>
              <w:rPr>
                <w:b/>
                <w:i w:val="0"/>
                <w:sz w:val="19"/>
              </w:rPr>
              <w:t>10 Mo au plus</w:t>
            </w:r>
            <w:r>
              <w:rPr>
                <w:b w:val="0"/>
                <w:i w:val="0"/>
                <w:sz w:val="19"/>
              </w:rPr>
              <w:t xml:space="preserve">, moins de 7 Mo pour une institution · </w:t>
            </w:r>
            <w:r>
              <w:rPr>
                <w:b/>
                <w:i w:val="0"/>
                <w:sz w:val="19"/>
              </w:rPr>
              <w:t>moins de 10 secondes</w:t>
            </w:r>
            <w:r>
              <w:rPr>
                <w:b w:val="0"/>
                <w:i w:val="0"/>
                <w:sz w:val="19"/>
              </w:rPr>
              <w:t xml:space="preserve"> pour que votre destinataire décide s'il va plus loin.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À qui l'envoyez-vous ?</w:t>
      </w:r>
    </w:p>
    <w:p>
      <w:pPr>
        <w:spacing w:after="80"/>
      </w:pPr>
      <w:r>
        <w:rPr>
          <w:b w:val="0"/>
          <w:i w:val="0"/>
        </w:rPr>
        <w:t>Il n'y a pas un, mais des portfolios : un galeriste, une entreprise ou un jury n'attendent pas la même chose. Gardez une base de textes qui ne bouge presque pas, et changez les photos selon le destinataire.</w:t>
      </w:r>
    </w:p>
    <w:p>
      <w:pPr>
        <w:spacing w:after="80"/>
      </w:pPr>
      <w:r>
        <w:rPr>
          <w:b/>
          <w:i w:val="0"/>
        </w:rPr>
        <w:t>Mon destinataire, et ce que j'attends de lui (un retour critique ? savoir si une série l'intéresse ? une candidature ?)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14304F"/>
          <w:sz w:val="23"/>
        </w:rPr>
        <w:t>Ce que chaque destinataire attend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Destinataire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qu'il attend</w:t>
            </w:r>
          </w:p>
        </w:tc>
        <w:tc>
          <w:tcPr>
            <w:tcW w:type="dxa" w:w="3289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que j'envoie : photos, textes, format</w:t>
            </w:r>
          </w:p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Entreprise de location d'œuvres, événementiel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Voir l'œuvre en situation, dans un bureau, un hôtel : des photos de mise en situation.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 xml:space="preserve">                                            </w:t>
            </w:r>
          </w:p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Galerie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De la précision sur les techniques, des légendes, une vision globale du travail et des détails recadrés qui font sentir la texture. Le portfolio suffit : il doit donner envie.</w:t>
            </w:r>
          </w:p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Résidence, concours, candidature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La qualité du travail lui-même : des photos très détaillées, la haute définition jointe par un service de transfert de fichiers. Le CV est souvent demandé à part.</w:t>
            </w:r>
          </w:p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Appel à projets de médiation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Vous voir en situation, avec le public, et un court texte sous les images qui raconte ce qui se cache derrière la série.</w:t>
            </w:r>
          </w:p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Intermédiaire (agence, plateforme)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Un dossier qui reprend ses codes de présentation et ses codes photographiques : regardez son site avant d'écrire.</w:t>
            </w:r>
          </w:p>
        </w:tc>
        <w:tc>
          <w:tcPr>
            <w:tcW w:type="dxa" w:w="3289"/>
          </w:tcPr>
          <w:p/>
        </w:tc>
      </w:tr>
      <w:tr>
        <w:tc>
          <w:tcPr>
            <w:tcW w:type="dxa" w:w="3289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Rencontre de lecture de portfolios</w:t>
            </w:r>
          </w:p>
        </w:tc>
        <w:tc>
          <w:tcPr>
            <w:tcW w:type="dxa" w:w="3289"/>
          </w:tcPr>
          <w:p>
            <w:r>
              <w:rPr>
                <w:b w:val="0"/>
                <w:i w:val="0"/>
                <w:sz w:val="19"/>
              </w:rPr>
              <w:t>Des galeristes, des critiques d'art, des directeurs de festivals : un portfolio fait pour l'occasion.</w:t>
            </w:r>
          </w:p>
        </w:tc>
        <w:tc>
          <w:tcPr>
            <w:tcW w:type="dxa" w:w="3289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Portfolio ou dossier d'artiste ? Le portfolio est beaucoup plus court ; le dossier d'artiste, plus complet (des articles, par exemple), convient mieux aux candidatures.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Choisir les œuvres</w:t>
      </w:r>
    </w:p>
    <w:p>
      <w:pPr>
        <w:spacing w:after="80"/>
      </w:pPr>
      <w:r>
        <w:rPr>
          <w:b/>
          <w:i w:val="0"/>
        </w:rPr>
        <w:t>Ce que je montre :</w:t>
      </w:r>
      <w:r>
        <w:rPr>
          <w:b w:val="0"/>
          <w:i w:val="0"/>
        </w:rPr>
        <w:t xml:space="preserve"> ☐ une série · ☐ les dernières séries · ☐ une toute petite rétrospective · ☐ une série inédite, jamais montrée, qui suscite l'intérêt</w:t>
      </w:r>
    </w:p>
    <w:p>
      <w:pPr>
        <w:spacing w:after="80"/>
      </w:pPr>
      <w:r>
        <w:rPr>
          <w:b/>
          <w:i w:val="0"/>
        </w:rPr>
        <w:t>Mes photos :</w:t>
      </w:r>
    </w:p>
    <w:p>
      <w:pPr>
        <w:spacing w:after="40"/>
      </w:pPr>
      <w:r>
        <w:rPr>
          <w:b w:val="0"/>
          <w:i w:val="0"/>
        </w:rPr>
        <w:t>☐  Une sélection, pas un catalogue : une dizaine d'œuvres.</w:t>
      </w:r>
    </w:p>
    <w:p>
      <w:pPr>
        <w:spacing w:after="40"/>
      </w:pPr>
      <w:r>
        <w:rPr>
          <w:b w:val="0"/>
          <w:i w:val="0"/>
        </w:rPr>
        <w:t>☐  Une qualité homogène : des photos éclairées de la même manière.</w:t>
      </w:r>
    </w:p>
    <w:p>
      <w:pPr>
        <w:spacing w:after="40"/>
      </w:pPr>
      <w:r>
        <w:rPr>
          <w:b w:val="0"/>
          <w:i w:val="0"/>
        </w:rPr>
        <w:t>☐  Des vues entières, et des détails recadrés qui font sentir la matière : la photo a tendance à aplanir.</w:t>
      </w:r>
    </w:p>
    <w:p>
      <w:pPr>
        <w:spacing w:after="40"/>
      </w:pPr>
      <w:r>
        <w:rPr>
          <w:b w:val="0"/>
          <w:i w:val="0"/>
        </w:rPr>
        <w:t>☐  Des photos en situation, si mon destinataire les attend (voir le tableau).</w:t>
      </w:r>
    </w:p>
    <w:p>
      <w:pPr>
        <w:spacing w:after="40"/>
      </w:pPr>
      <w:r>
        <w:rPr>
          <w:b w:val="0"/>
          <w:i w:val="0"/>
        </w:rPr>
        <w:t>☐  Une photo de moi, en noir et blanc, à l'atelier ou en train de travailler.</w:t>
      </w:r>
    </w:p>
    <w:p>
      <w:pPr>
        <w:spacing w:after="40"/>
      </w:pPr>
      <w:r>
        <w:rPr>
          <w:b w:val="0"/>
          <w:i w:val="0"/>
        </w:rPr>
        <w:t>☐  Les fichiers en haute définition, prêts à part pour un service de transfert.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Ordonner les pages</w:t>
      </w:r>
    </w:p>
    <w:p>
      <w:pPr>
        <w:spacing w:after="80"/>
      </w:pPr>
      <w:r>
        <w:rPr>
          <w:b w:val="0"/>
          <w:i w:val="0"/>
        </w:rPr>
        <w:t>Une page de garde, la démarche, une dizaine de photos d'œuvres, puis la biographie rédigée avec une photo de vous. Entre les deux, classez les œuvres selon le destinataire : peu importe le classement, mais il faut une logique.</w:t>
      </w:r>
    </w:p>
    <w:p>
      <w:pPr>
        <w:spacing w:after="80"/>
      </w:pPr>
      <w:r>
        <w:rPr>
          <w:b/>
          <w:i w:val="0"/>
        </w:rPr>
        <w:t>Mon classement :</w:t>
      </w:r>
      <w:r>
        <w:rPr>
          <w:b w:val="0"/>
          <w:i w:val="0"/>
        </w:rPr>
        <w:t xml:space="preserve"> ☐ par thème · ☐ par technique · ☐ chronologique</w:t>
      </w:r>
    </w:p>
    <w:p>
      <w:pPr>
        <w:spacing w:after="80"/>
      </w:pPr>
      <w:r>
        <w:rPr>
          <w:b/>
          <w:i w:val="0"/>
          <w:color w:val="14304F"/>
          <w:sz w:val="23"/>
        </w:rPr>
        <w:t>Le plan, page par page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Page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Contenu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Légende : titre, technique, dimensions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Vue : entière, détail, en situation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Taille : pleine page, moyenne, petite</w:t>
            </w:r>
          </w:p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Page de garde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Démarche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5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6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7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8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9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10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11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12</w:t>
            </w:r>
          </w:p>
        </w:tc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Œuvre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>
            <w:r>
              <w:rPr>
                <w:b w:val="0"/>
                <w:i w:val="0"/>
                <w:sz w:val="19"/>
              </w:rPr>
              <w:t>13</w:t>
            </w:r>
          </w:p>
        </w:tc>
        <w:tc>
          <w:tcPr>
            <w:tcW w:type="dxa" w:w="1973"/>
          </w:tcPr>
          <w:p>
            <w:r>
              <w:rPr>
                <w:b/>
                <w:i w:val="0"/>
                <w:sz w:val="19"/>
              </w:rPr>
              <w:t>Biographie rédigée</w:t>
            </w:r>
            <w:r>
              <w:rPr>
                <w:b w:val="0"/>
                <w:i w:val="0"/>
                <w:sz w:val="19"/>
              </w:rPr>
              <w:t xml:space="preserve"> et photo de vous</w:t>
            </w:r>
          </w:p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Écrire les textes</w:t>
      </w:r>
    </w:p>
    <w:p>
      <w:pPr>
        <w:spacing w:after="80"/>
      </w:pPr>
      <w:r>
        <w:rPr>
          <w:b/>
          <w:i w:val="0"/>
        </w:rPr>
        <w:t>La page de garde</w:t>
      </w:r>
    </w:p>
    <w:p>
      <w:pPr>
        <w:spacing w:after="40"/>
      </w:pPr>
      <w:r>
        <w:rPr>
          <w:b w:val="0"/>
          <w:i w:val="0"/>
        </w:rPr>
        <w:t>☐  Mon nom et mes contacts, faciles à trouver.</w:t>
      </w:r>
    </w:p>
    <w:p>
      <w:pPr>
        <w:spacing w:after="40"/>
      </w:pPr>
      <w:r>
        <w:rPr>
          <w:b w:val="0"/>
          <w:i w:val="0"/>
        </w:rPr>
        <w:t>☐  Une photo de moi, qui associe tout de suite une personne au travail ; ou une œuvre mise en avant, et ma photo en dernière page.</w:t>
      </w:r>
    </w:p>
    <w:p>
      <w:pPr>
        <w:spacing w:after="40"/>
      </w:pPr>
      <w:r>
        <w:rPr>
          <w:b w:val="0"/>
          <w:i w:val="0"/>
        </w:rPr>
        <w:t>☐  Un court extrait de ma démarche.</w:t>
      </w:r>
    </w:p>
    <w:p>
      <w:pPr>
        <w:spacing w:after="40"/>
      </w:pPr>
      <w:r>
        <w:rPr>
          <w:b w:val="0"/>
          <w:i w:val="0"/>
        </w:rPr>
        <w:t>☐  Portrait ou paysage : aucune convention n'impose l'un ou l'autre.</w:t>
      </w:r>
    </w:p>
    <w:p>
      <w:pPr>
        <w:spacing w:after="80"/>
      </w:pPr>
      <w:r>
        <w:rPr>
          <w:b/>
          <w:i w:val="0"/>
        </w:rPr>
        <w:t>La démarche : une dizaine de lignes, avec mes mots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2 lignes</w:t>
      </w:r>
      <w:r>
        <w:rPr>
          <w:b w:val="0"/>
          <w:i w:val="0"/>
        </w:rPr>
        <w:t xml:space="preserve"> sur ma recherche : mon pourquoi.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7 lignes</w:t>
      </w:r>
      <w:r>
        <w:rPr>
          <w:b w:val="0"/>
          <w:i w:val="0"/>
        </w:rPr>
        <w:t xml:space="preserve"> concrètes : technique et matériaux (plus en arts appliqués, moins face à une galerie conceptuelle).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1 ligne</w:t>
      </w:r>
      <w:r>
        <w:rPr>
          <w:b w:val="0"/>
          <w:i w:val="0"/>
        </w:rPr>
        <w:t xml:space="preserve"> sur l'expérience du spectateur devant l'œuvre.</w:t>
      </w:r>
    </w:p>
    <w:p>
      <w:pPr>
        <w:spacing w:after="40"/>
      </w:pPr>
      <w:r>
        <w:rPr>
          <w:b w:val="0"/>
          <w:i w:val="0"/>
        </w:rPr>
        <w:t>☐  À côté des photos, on se représente l'œuvre : rien de trop théorique.</w:t>
      </w:r>
    </w:p>
    <w:p>
      <w:pPr>
        <w:spacing w:after="40"/>
      </w:pPr>
      <w:r>
        <w:rPr>
          <w:b w:val="0"/>
          <w:i w:val="0"/>
        </w:rPr>
        <w:t>☐  Plutôt la troisième personne (« il », « elle ») : c'est la convention, mais la première ne choque pas.</w:t>
      </w:r>
    </w:p>
    <w:p>
      <w:pPr>
        <w:spacing w:after="40"/>
      </w:pPr>
      <w:r>
        <w:rPr>
          <w:b w:val="0"/>
          <w:i w:val="0"/>
        </w:rPr>
        <w:t>☐  Un extrait de critique écrit pour moi, oui, sans remplacer mon texte ; pas de citation trop générale.</w:t>
      </w:r>
    </w:p>
    <w:p>
      <w:pPr>
        <w:spacing w:after="80"/>
      </w:pPr>
      <w:r>
        <w:rPr>
          <w:b/>
          <w:i w:val="0"/>
        </w:rPr>
        <w:t>La biographie rédigée, en fin de portfolio</w:t>
      </w:r>
    </w:p>
    <w:p>
      <w:pPr>
        <w:spacing w:after="40"/>
      </w:pPr>
      <w:r>
        <w:rPr>
          <w:b w:val="0"/>
          <w:i w:val="0"/>
        </w:rPr>
        <w:t>☐  Un petit texte sur mon parcours jusqu'à ce que je crée aujourd'hui, avec une photo de moi.</w:t>
      </w:r>
    </w:p>
    <w:p>
      <w:pPr>
        <w:spacing w:after="40"/>
      </w:pPr>
      <w:r>
        <w:rPr>
          <w:b w:val="0"/>
          <w:i w:val="0"/>
        </w:rPr>
        <w:t>☐  Quelques dates, si mon parcours s'y prête. Pour un concours, le CV est souvent demandé à part.</w:t>
      </w:r>
    </w:p>
    <w:p>
      <w:pPr>
        <w:spacing w:after="80"/>
      </w:pPr>
      <w:r>
        <w:rPr>
          <w:b w:val="0"/>
          <w:i w:val="0"/>
        </w:rPr>
        <w:t>La démarche pas à pas : fiche pratique n° 1, « Dix lignes pour commencer sa démarche artistique », sur lacondamine.org.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Légender et mettre en page</w:t>
      </w:r>
    </w:p>
    <w:p>
      <w:pPr>
        <w:spacing w:after="40"/>
      </w:pPr>
      <w:r>
        <w:rPr>
          <w:b w:val="0"/>
          <w:i w:val="0"/>
        </w:rPr>
        <w:t>☐  Chaque œuvre a sa légende : titre, technique, dimensions.</w:t>
      </w:r>
    </w:p>
    <w:p>
      <w:pPr>
        <w:spacing w:after="40"/>
      </w:pPr>
      <w:r>
        <w:rPr>
          <w:b w:val="0"/>
          <w:i w:val="0"/>
        </w:rPr>
        <w:t>☐  Les tailles d'images varient : pleine page, deux œuvres sur une page, détails.</w:t>
      </w:r>
    </w:p>
    <w:p>
      <w:pPr>
        <w:spacing w:after="40"/>
      </w:pPr>
      <w:r>
        <w:rPr>
          <w:b w:val="0"/>
          <w:i w:val="0"/>
        </w:rPr>
        <w:t>☐  Pour une série, un court texte sous les images raconte ce qui se cache derrière.</w:t>
      </w:r>
    </w:p>
    <w:p>
      <w:pPr>
        <w:spacing w:after="40"/>
      </w:pPr>
      <w:r>
        <w:rPr>
          <w:b w:val="0"/>
          <w:i w:val="0"/>
        </w:rPr>
        <w:t>☐  De grandes articulations, et quelques informations clés en gras ou dans une marge : elles donnent envie de passer de la lecture de parcours à la lecture linéaire.</w:t>
      </w:r>
    </w:p>
    <w:p>
      <w:pPr>
        <w:spacing w:after="40"/>
      </w:pPr>
      <w:r>
        <w:rPr>
          <w:b w:val="0"/>
          <w:i w:val="0"/>
        </w:rPr>
        <w:t>☐  Mon logo, si j'en ai un, peut figurer sur chaque page, s'il ne prend pas trop de place.</w:t>
      </w:r>
    </w:p>
    <w:p>
      <w:pPr>
        <w:spacing w:after="40"/>
      </w:pPr>
      <w:r>
        <w:rPr>
          <w:b w:val="0"/>
          <w:i w:val="0"/>
        </w:rPr>
        <w:t>☐  Mise en page avec un logiciel de mise en page, ou un outil en ligne gratuit à modèles tout faits (définition limitée en version gratuite). Pas de traitement de texte : sa mise en page manque d'élégance, et c'est la première chose qu'on découvre de mon travail.</w:t>
      </w:r>
    </w:p>
    <w:p>
      <w:pPr>
        <w:spacing w:after="40"/>
      </w:pPr>
      <w:r>
        <w:rPr>
          <w:b w:val="0"/>
          <w:i w:val="0"/>
        </w:rPr>
        <w:t>☐  Le fichier est un PDF, plutôt qu'un diaporama.</w:t>
      </w:r>
    </w:p>
    <w:p>
      <w:pPr>
        <w:spacing w:after="80"/>
      </w:pPr>
      <w:r>
        <w:rPr>
          <w:b/>
          <w:i w:val="0"/>
        </w:rPr>
        <w:t>Les informations clés que je mets en gras ou dans une marge, pour la lecture de parcours 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r>
        <w:br w:type="page"/>
      </w:r>
    </w:p>
    <w:p>
      <w:pPr>
        <w:spacing w:before="280" w:after="120"/>
      </w:pPr>
      <w:r>
        <w:rPr>
          <w:b/>
          <w:color w:val="9A6420"/>
          <w:sz w:val="28"/>
        </w:rPr>
        <w:t xml:space="preserve">6  </w:t>
      </w:r>
      <w:r>
        <w:rPr>
          <w:rFonts w:ascii="Georgia" w:hAnsi="Georgia"/>
          <w:b/>
          <w:color w:val="14304F"/>
          <w:sz w:val="28"/>
        </w:rPr>
        <w:t>Vérifier le fichier</w:t>
      </w:r>
    </w:p>
    <w:p>
      <w:pPr>
        <w:spacing w:after="40"/>
      </w:pPr>
      <w:r>
        <w:rPr>
          <w:b w:val="0"/>
          <w:i w:val="0"/>
        </w:rPr>
        <w:t>☐  10 à 15 pages (18, ce n'est pas grave).</w:t>
      </w:r>
    </w:p>
    <w:p>
      <w:pPr>
        <w:spacing w:after="40"/>
      </w:pPr>
      <w:r>
        <w:rPr>
          <w:b w:val="0"/>
          <w:i w:val="0"/>
        </w:rPr>
        <w:t>☐  10 Mo au plus, et moins de 7 Mo pour une institution (repère de 2024). Au-delà de 20 Mo, il ne passe plus partout en pièce jointe.</w:t>
      </w:r>
    </w:p>
    <w:p>
      <w:pPr>
        <w:spacing w:after="40"/>
      </w:pPr>
      <w:r>
        <w:rPr>
          <w:b w:val="0"/>
          <w:i w:val="0"/>
        </w:rPr>
        <w:t>☐  Il se lit bien sur un téléphone.</w:t>
      </w:r>
    </w:p>
    <w:p>
      <w:pPr>
        <w:spacing w:after="80"/>
      </w:pPr>
      <w:r>
        <w:rPr>
          <w:b/>
          <w:i w:val="0"/>
        </w:rPr>
        <w:t>Laissez-le reposer, puis parcourez-le en moins de 10 secondes, comme quelqu'un qui le découvre. Que retenez-vous ? Est-ce ce que vous vouliez mettre en avant ?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color w:val="999999"/>
              </w:rPr>
              <w:t>Écrivez ici…</w:t>
            </w:r>
          </w:p>
          <w:p/>
          <w:p/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7  </w:t>
      </w:r>
      <w:r>
        <w:rPr>
          <w:rFonts w:ascii="Georgia" w:hAnsi="Georgia"/>
          <w:b/>
          <w:color w:val="14304F"/>
          <w:sz w:val="28"/>
        </w:rPr>
        <w:t>Envoyer, puis relancer</w:t>
      </w:r>
    </w:p>
    <w:p>
      <w:pPr>
        <w:spacing w:after="40"/>
      </w:pPr>
      <w:r>
        <w:rPr>
          <w:b w:val="0"/>
          <w:i w:val="0"/>
        </w:rPr>
        <w:t>☐  Si c'en est une, j'annonce une série inédite : quelque chose de nouveau, pas toute mon œuvre.</w:t>
      </w:r>
    </w:p>
    <w:p>
      <w:pPr>
        <w:spacing w:after="40"/>
      </w:pPr>
      <w:r>
        <w:rPr>
          <w:b w:val="0"/>
          <w:i w:val="0"/>
        </w:rPr>
        <w:t>☐  Je précise mon besoin : un retour critique, ou savoir si cette série peut l'intéresser.</w:t>
      </w:r>
    </w:p>
    <w:p>
      <w:pPr>
        <w:spacing w:after="40"/>
      </w:pPr>
      <w:r>
        <w:rPr>
          <w:b w:val="0"/>
          <w:i w:val="0"/>
        </w:rPr>
        <w:t>☐  Une question courte et visible, avec un point d'interrogation : le mail sera lu sur un téléphone.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bfbfd"/>
          </w:tcPr>
          <w:p>
            <w:r>
              <w:rPr>
                <w:b/>
                <w:i w:val="0"/>
                <w:color w:val="14304F"/>
                <w:sz w:val="22"/>
              </w:rPr>
              <w:t>Un mail d'envoi à compléter</w:t>
            </w:r>
          </w:p>
          <w:p>
            <w:r>
              <w:rPr>
                <w:b w:val="0"/>
                <w:i w:val="0"/>
              </w:rPr>
              <w:t xml:space="preserve">Bonjour </w:t>
            </w:r>
            <w:r>
              <w:rPr>
                <w:b/>
                <w:color w:val="9A6420"/>
              </w:rPr>
              <w:t>[nom]</w:t>
            </w:r>
            <w:r>
              <w:rPr>
                <w:b w:val="0"/>
                <w:i w:val="0"/>
              </w:rPr>
              <w:t>,</w:t>
            </w:r>
          </w:p>
          <w:p>
            <w:r>
              <w:rPr>
                <w:b/>
                <w:color w:val="9A6420"/>
              </w:rPr>
              <w:t>[Rappel du lien : notre échange du …, votre appel à projets …]</w:t>
            </w:r>
          </w:p>
          <w:p>
            <w:r>
              <w:rPr>
                <w:b w:val="0"/>
                <w:i w:val="0"/>
              </w:rPr>
              <w:t xml:space="preserve">Je vous adresse le portfolio de </w:t>
            </w:r>
            <w:r>
              <w:rPr>
                <w:b/>
                <w:color w:val="9A6420"/>
              </w:rPr>
              <w:t>[titre de la série]</w:t>
            </w:r>
            <w:r>
              <w:rPr>
                <w:b w:val="0"/>
                <w:i w:val="0"/>
              </w:rPr>
              <w:t xml:space="preserve">, </w:t>
            </w:r>
            <w:r>
              <w:rPr>
                <w:b/>
                <w:color w:val="9A6420"/>
              </w:rPr>
              <w:t>[une série encore jamais montrée, si c'est le cas]</w:t>
            </w:r>
            <w:r>
              <w:rPr>
                <w:b w:val="0"/>
                <w:i w:val="0"/>
              </w:rPr>
              <w:t>.</w:t>
            </w:r>
          </w:p>
          <w:p>
            <w:r>
              <w:rPr>
                <w:b/>
                <w:color w:val="9A6420"/>
              </w:rPr>
              <w:t>[Une ou deux phrases : ce que cette série cherche.]</w:t>
            </w:r>
          </w:p>
          <w:p>
            <w:r>
              <w:rPr>
                <w:b/>
                <w:color w:val="9A6420"/>
              </w:rPr>
              <w:t>[Votre question : cette série pourrait-elle vous intéresser ? ou : accepteriez-vous de me faire un retour ?]</w:t>
            </w:r>
          </w:p>
          <w:p>
            <w:r>
              <w:rPr>
                <w:b w:val="0"/>
                <w:i w:val="0"/>
              </w:rPr>
              <w:t xml:space="preserve">Le portfolio fait </w:t>
            </w:r>
            <w:r>
              <w:rPr>
                <w:b/>
                <w:color w:val="9A6420"/>
              </w:rPr>
              <w:t>[nombre]</w:t>
            </w:r>
            <w:r>
              <w:rPr>
                <w:b w:val="0"/>
                <w:i w:val="0"/>
              </w:rPr>
              <w:t xml:space="preserve"> pages et </w:t>
            </w:r>
            <w:r>
              <w:rPr>
                <w:b/>
                <w:color w:val="9A6420"/>
              </w:rPr>
              <w:t>[poids]</w:t>
            </w:r>
            <w:r>
              <w:rPr>
                <w:b w:val="0"/>
                <w:i w:val="0"/>
              </w:rPr>
              <w:t xml:space="preserve"> Mo. </w:t>
            </w:r>
            <w:r>
              <w:rPr>
                <w:b/>
                <w:color w:val="9A6420"/>
              </w:rPr>
              <w:t>[Si besoin, lien vers les photos en haute définition.]</w:t>
            </w:r>
          </w:p>
          <w:p>
            <w:r>
              <w:rPr>
                <w:b w:val="0"/>
                <w:i w:val="0"/>
              </w:rPr>
              <w:t xml:space="preserve">Bien à vous, </w:t>
            </w:r>
            <w:r>
              <w:rPr>
                <w:b/>
                <w:color w:val="9A6420"/>
              </w:rPr>
              <w:t>[nom, site, téléphone]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</w:rPr>
        <w:t>Pas de réponse ?</w:t>
      </w:r>
      <w:r>
        <w:rPr>
          <w:b w:val="0"/>
          <w:i w:val="0"/>
        </w:rPr>
        <w:t xml:space="preserve"> Relancer fait partie de l'envoi. Quand, combien de fois, sous quelle forme : la méthode est dans le compte rendu « Écrire des mails pour que l'on vous réponde », sur lacondamine.org.</w:t>
      </w:r>
    </w:p>
    <w:p>
      <w:pPr>
        <w:spacing w:after="80"/>
      </w:pPr>
      <w:r>
        <w:rPr>
          <w:b/>
          <w:i w:val="0"/>
          <w:color w:val="14304F"/>
          <w:sz w:val="23"/>
        </w:rPr>
        <w:t>Mes envois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Date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Destinataire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Version envoyée : série, pages, poids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Ma question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Réponse, relance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after="80"/>
      </w:pPr>
      <w:r>
        <w:rPr>
          <w:b w:val="0"/>
          <w:i w:val="0"/>
        </w:rPr>
        <w:t>Pour aller plus loin : la fiche pratique « Le portfolio / dossier d'artiste » de La Maison des Artistes, en téléchargement sur lamaisondesartistes.fr.</w:t>
      </w: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lacondamine.org/ressources-artistes/articles/portfolio/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5, d'après le webinaire de Pierre-Benoit Roux du 22 avril 2021.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Composer et vérifier son portfolio avant de l'envoyer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