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4 · Présenter son travail</w:t>
      </w:r>
    </w:p>
    <w:p>
      <w:r>
        <w:rPr>
          <w:rFonts w:ascii="Georgia" w:hAnsi="Georgia"/>
          <w:b/>
          <w:color w:val="14304F"/>
          <w:sz w:val="44"/>
        </w:rPr>
        <w:t>Construire sa base de textes et la décliner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Cette fiche prolonge le compte rendu du webinaire « Rédiger ses textes de présentation ». Elle se remplit en deux temps : votre base d'abord, puis un texte pour chaque destinataire. Comptez une heure ou deux pour un premier jet, et trois ou quatre versions avant de fixer vos textes.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Votre base : trois textes, toujours les mêmes mots</w:t>
      </w:r>
    </w:p>
    <w:p>
      <w:pPr>
        <w:spacing w:after="80"/>
      </w:pPr>
      <w:r>
        <w:rPr>
          <w:b w:val="0"/>
          <w:i w:val="0"/>
        </w:rPr>
        <w:t xml:space="preserve">Tous vos textes de présentation sortent de trois textes de base. Écrivez-les une fois, avec soin. Ensuite, vous ne réécrivez plus : vous recomposez. Seule la forme change, la longueur ou le support. </w:t>
      </w:r>
      <w:r>
        <w:rPr>
          <w:b/>
          <w:i w:val="0"/>
        </w:rPr>
        <w:t>Les mots restent les mêmes.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Texte de base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Longueur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Contenu, dans cet ordre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Fait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Le cercle d'or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Une phrase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Pourquoi vous créez, comment vous y parvenez, puis ce que c'est (peinture, photographie…).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☐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La démarche artistique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Une dizaine de lignes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2 lignes sur votre recherche, 7 sur la technique et les matériaux, 1 sur l'expérience du spectateur.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☐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La biographie rédigée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Une dizaine de lignes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 qui vous anime depuis toujours, ce qui donne sa légitimité à votre recherche, où l'on trouve votre travail.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☐</w:t>
            </w:r>
          </w:p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Le cercle d'or et la démarche se travaillent avec la fiche pratique n° 1, « Dix lignes pour commencer sa démarche artistique ». Cette fiche-ci part de la biographie.</w:t>
      </w:r>
    </w:p>
    <w:p>
      <w:pPr>
        <w:spacing w:after="80"/>
      </w:pPr>
      <w:r>
        <w:rPr>
          <w:b/>
          <w:i w:val="0"/>
        </w:rPr>
        <w:t>Recopiez votre cercle d'or, en une phrase.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Vos mots : ceux qui reviendront dans tous vos textes (votre recherche, votre geste, vos matériaux).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La biographie rédigée, en trois temps</w:t>
      </w:r>
    </w:p>
    <w:p>
      <w:pPr>
        <w:spacing w:after="80"/>
      </w:pPr>
      <w:r>
        <w:rPr>
          <w:b w:val="0"/>
          <w:i w:val="0"/>
        </w:rPr>
        <w:t>Ce n'est pas un CV, c'est un récit : une histoire construite après coup, avec les éléments de votre parcours qui vous ont amené à faire ce que vous faites aujourd'hui. Elle inscrit l'œuvre dans la vie, et la vie dans l'œuvre. Sans école d'art, il y a toujours un fil rouge : c'est votre parcours qui donne sa légitimité à votre travail, et qui l'explique. Cherchez-le d'abord, puis rédigez.</w:t>
      </w:r>
    </w:p>
    <w:p>
      <w:pPr>
        <w:spacing w:after="80"/>
      </w:pPr>
      <w:r>
        <w:rPr>
          <w:b/>
          <w:i w:val="0"/>
        </w:rPr>
        <w:t>Votre quête. Qu'est-ce qui vous anime depuis toujours ? Que recherchez-vous à travers votre travail 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Le moment fondateur. Quand cette quête a-t-elle commencé ? Cherchez une scène précise, presque une anecdote.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14304F"/>
          <w:sz w:val="23"/>
        </w:rPr>
        <w:t>Les étapes qui ont approfondi votre quête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Année</w:t>
            </w:r>
          </w:p>
        </w:tc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Rencontre, formation ou événement</w:t>
            </w:r>
          </w:p>
        </w:tc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qu'elle a apporté à votre travail (une matière, un geste, une couleur…)</w:t>
            </w:r>
          </w:p>
        </w:tc>
      </w:tr>
      <w:t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  <w:tr>
        <w:tc>
          <w:tcPr>
            <w:tcW w:type="dxa" w:w="3289"/>
          </w:tcPr>
          <w:p/>
        </w:tc>
        <w:tc>
          <w:tcPr>
            <w:tcW w:type="dxa" w:w="3289"/>
          </w:tcPr>
          <w:p/>
        </w:tc>
        <w:tc>
          <w:tcPr>
            <w:tcW w:type="dxa" w:w="3289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Ne gardez que les étapes qui expliquent la forme de votre travail. La liste complète des dates va dans le CV.</w:t>
      </w:r>
    </w:p>
    <w:p>
      <w:pPr>
        <w:spacing w:after="80"/>
      </w:pPr>
      <w:r>
        <w:rPr>
          <w:b/>
          <w:i w:val="0"/>
        </w:rPr>
        <w:t>Ce qui donne sa légitimité à votre recherche : parcours académique, exposition marquante, mission réussie auprès d'un client prestigieux…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Où trouve-t-on votre travail ? Exemple : « il expose régulièrement à Paris, Istanbul et Madrid 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color w:val="14304F"/>
          <w:sz w:val="24"/>
        </w:rPr>
        <w:t>Cressanne · un parcours qui explique la peinture</w:t>
      </w:r>
    </w:p>
    <w:p>
      <w:pPr>
        <w:spacing w:after="40"/>
        <w:ind w:left="283"/>
      </w:pPr>
      <w:r>
        <w:rPr>
          <w:b w:val="0"/>
          <w:i w:val="0"/>
        </w:rPr>
        <w:t>« La Danse Classique : pratiquée dès l'enfance, elle m'a transmis l'élan, l'équilibre et la grâce du mouvement que l'on retrouve dans chaque coup de pinceau. […] j'expose mon travail en France et à l'international depuis la fin des années 90. »</w:t>
      </w:r>
    </w:p>
    <w:p>
      <w:pPr>
        <w:spacing w:after="60"/>
        <w:ind w:left="283"/>
      </w:pPr>
      <w:r>
        <w:rPr>
          <w:b w:val="0"/>
          <w:i w:val="0"/>
          <w:color w:val="777777"/>
          <w:sz w:val="17"/>
        </w:rPr>
        <w:t>Rubrique « Parcours » de la page « À propos » du site de l'artiste, www.cressanne.fr, consultée le 4 octobre 2026.</w:t>
      </w:r>
    </w:p>
    <w:p>
      <w:pPr>
        <w:spacing w:after="240"/>
      </w:pPr>
      <w:r>
        <w:rPr>
          <w:b w:val="0"/>
          <w:i w:val="0"/>
          <w:color w:val="444444"/>
          <w:sz w:val="19"/>
        </w:rPr>
        <w:t>→ Les trois temps y sont : ce qui l'anime (le mouvement, venu de la danse, et la couleur, venue de la mode), ce qui donne sa légitimité à sa recherche (les Arts décoratifs de Paris, un prix reçu en 2013), et où l'on trouve son travail. L'écrit de l'intervenant en citait en 2020 une version rédigée ; celle d'aujourd'hui garde les trois temps, en rubriques et à la première personne.</w:t>
      </w:r>
    </w:p>
    <w:p>
      <w:pPr>
        <w:spacing w:after="80"/>
      </w:pPr>
      <w:r>
        <w:rPr>
          <w:b/>
          <w:i w:val="0"/>
        </w:rPr>
        <w:t>Rédigez-la ici, en une dizaine de lignes, dans cet ordre : votre quête et son moment fondateur, les étapes qui l'ont approfondie, ce qui donne sa légitimité à votre recherche, où l'on trouve votre travail.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  <w:p/>
          <w:p/>
          <w:p/>
          <w:p/>
          <w:p/>
          <w:p/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Un texte pour chaque destinataire</w:t>
      </w:r>
    </w:p>
    <w:p>
      <w:pPr>
        <w:spacing w:after="80"/>
      </w:pPr>
      <w:r>
        <w:rPr>
          <w:b w:val="0"/>
          <w:i w:val="0"/>
        </w:rPr>
        <w:t xml:space="preserve">Avant d'écrire, demandez-vous à qui vous écrivez : chercher à plaire à tous, c'est ne plaire à personne. Prenez ensuite dans votre base ce dont ce lecteur a besoin, et rien de plus : </w:t>
      </w:r>
      <w:r>
        <w:rPr>
          <w:b/>
          <w:i w:val="0"/>
        </w:rPr>
        <w:t>plus un texte est long, moins il a de chances d'être lu.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Support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Pour qui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Longueur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que vous prenez dans la base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Profil Instagram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 public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Une phrase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 cercle d'or, presque mot pour mot.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Pitch oral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La personne qui vous demande ce que vous faites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Court : quelques phrases. Long : quand on a le temps de vous écouter.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Court : le cercle d'or, dans l'ordre (pourquoi, comment, quoi). Long : biographie et démarche mêlées, l'aboutissement des deux bases.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CV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Celui à qui vous l'adressez : un CV est ciblé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Une phrase d'accroche, puis les rubriques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La biographie réduite à une ligne : le fil qui relie votre parcours.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Portfolio pour une galerie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 galeriste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 portfolio léger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Vos deux textes de base, démarche et biographie, écrits par vous.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Résidence, aide du Cnap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 jury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 dossier demandé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 CV, qui pèse davantage, et une description du projet.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Dossier de presse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La presse, les professionnels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10 à 15 pages (fiche n° 7) ; un communiqué, 1 à 4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Pour chaque artiste, un texte court et hybride, entre biographie et démarche.</w:t>
            </w:r>
          </w:p>
        </w:tc>
      </w:tr>
      <w:tr>
        <w:tc>
          <w:tcPr>
            <w:tcW w:type="dxa" w:w="2466"/>
            <w:shd w:val="clear" w:color="auto" w:fill="f3f4f7"/>
          </w:tcPr>
          <w:p>
            <w:r>
              <w:rPr>
                <w:b/>
                <w:i w:val="0"/>
                <w:sz w:val="19"/>
              </w:rPr>
              <w:t>Site internet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 public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Plus court que vos deux bases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Parfois un seul texte, qui fond démarche et parcours.</w:t>
            </w:r>
          </w:p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Le dossier de presse est toujours fait pour un événement. Il réunit aussi des textes qui ne sont pas de vous : celui de l'organisateur, celui du lieu. Les mails de prospection s'appuient sur ces textes, mais relèvent d'autres techniques.</w:t>
      </w:r>
    </w:p>
    <w:p>
      <w:pPr>
        <w:spacing w:after="80"/>
      </w:pPr>
      <w:r>
        <w:rPr>
          <w:b/>
          <w:i w:val="0"/>
        </w:rPr>
        <w:t>Votre phrase de profil : une phrase, tirée de votre cercle d'or.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Votre pitch court, à dire à voix haute : pourquoi, comment, quoi.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Votre phrase d'accroche de CV : le fil qui relie votre parcours, en une ligne. Exemple : « De [votre point de départ] à [votre pratique d'aujourd'hui]. 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bfbfd"/>
          </w:tcPr>
          <w:p>
            <w:r>
              <w:rPr>
                <w:b/>
                <w:i w:val="0"/>
                <w:color w:val="14304F"/>
                <w:sz w:val="22"/>
              </w:rPr>
              <w:t>Présentation hybride, pour un dossier de presse</w:t>
            </w:r>
          </w:p>
          <w:p>
            <w:r>
              <w:rPr>
                <w:b/>
                <w:color w:val="9A6420"/>
              </w:rPr>
              <w:t>[D'où vous venez : votre moment fondateur, en une proposition]</w:t>
            </w:r>
            <w:r>
              <w:rPr>
                <w:b w:val="0"/>
                <w:i w:val="0"/>
              </w:rPr>
              <w:t xml:space="preserve">, </w:t>
            </w:r>
            <w:r>
              <w:rPr>
                <w:b/>
                <w:color w:val="9A6420"/>
              </w:rPr>
              <w:t>[vous ou votre nom]</w:t>
            </w:r>
            <w:r>
              <w:rPr>
                <w:b w:val="0"/>
                <w:i w:val="0"/>
              </w:rPr>
              <w:t xml:space="preserve"> </w:t>
            </w:r>
            <w:r>
              <w:rPr>
                <w:b/>
                <w:color w:val="9A6420"/>
              </w:rPr>
              <w:t>[ce que vous recherchez, avec les mots de votre cercle d'or]</w:t>
            </w:r>
            <w:r>
              <w:rPr>
                <w:b w:val="0"/>
                <w:i w:val="0"/>
              </w:rPr>
              <w:t>.</w:t>
            </w:r>
          </w:p>
          <w:p>
            <w:r>
              <w:rPr>
                <w:b/>
                <w:color w:val="9A6420"/>
              </w:rPr>
              <w:t>[Comment vous le faites : votre geste, vos matériaux, en une phrase.]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Votre présentation hybride, en deux ou trois phrases.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Votre texte pour le site : un seul texte, démarche et parcours mêlés, plus court que vos deux bases réunies.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L'histoire d'une œuvre ou d'une série</w:t>
      </w:r>
    </w:p>
    <w:p>
      <w:pPr>
        <w:spacing w:after="80"/>
      </w:pPr>
      <w:r>
        <w:rPr>
          <w:b w:val="0"/>
          <w:i w:val="0"/>
        </w:rPr>
        <w:t>Le récit se décline aussi à l'échelle d'une œuvre. Collectionneurs et spectateurs aiment savoir à quel moment de la vie de l'artiste elle est née, et au terme de quel processus. Une histoire insère la forme dans un contexte, et invite à mieux regarder.</w:t>
      </w:r>
    </w:p>
    <w:p>
      <w:pPr>
        <w:spacing w:after="80"/>
      </w:pPr>
      <w:r>
        <w:rPr>
          <w:b/>
          <w:i w:val="0"/>
        </w:rPr>
        <w:t>Quand cette œuvre, ou cette série, est-elle née dans votre vie ? Au terme de quels rencontres, essais ou formations ? Quelle histoire se cache derrière : une scène, un imprévu ? Rédigez-la en quelques lignes, avec les mots de votre base.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Relisez avec la grille</w:t>
      </w:r>
    </w:p>
    <w:p>
      <w:pPr>
        <w:spacing w:after="40"/>
      </w:pPr>
      <w:r>
        <w:rPr>
          <w:b w:val="0"/>
          <w:i w:val="0"/>
        </w:rPr>
        <w:t>☐  Je sais à qui j'écris, et ce texte répond à ce que ce lecteur attend.</w:t>
      </w:r>
    </w:p>
    <w:p>
      <w:pPr>
        <w:spacing w:after="40"/>
      </w:pPr>
      <w:r>
        <w:rPr>
          <w:b w:val="0"/>
          <w:i w:val="0"/>
        </w:rPr>
        <w:t>☐  J'ai repris les mots de ma base : qui lit deux de mes textes reconnaît le même travail.</w:t>
      </w:r>
    </w:p>
    <w:p>
      <w:pPr>
        <w:spacing w:after="40"/>
      </w:pPr>
      <w:r>
        <w:rPr>
          <w:b w:val="0"/>
          <w:i w:val="0"/>
        </w:rPr>
        <w:t>☐  La longueur est celle du support : je n'ai pas recopié mes deux textes de base là où une phrase suffit.</w:t>
      </w:r>
    </w:p>
    <w:p>
      <w:pPr>
        <w:spacing w:after="40"/>
      </w:pPr>
      <w:r>
        <w:rPr>
          <w:b w:val="0"/>
          <w:i w:val="0"/>
        </w:rPr>
        <w:t>☐  Un lecteur qui n'a pas de photographie sous les yeux peut se représenter mon œuvre.</w:t>
      </w:r>
    </w:p>
    <w:p>
      <w:pPr>
        <w:spacing w:after="40"/>
      </w:pPr>
      <w:r>
        <w:rPr>
          <w:b w:val="0"/>
          <w:i w:val="0"/>
        </w:rPr>
        <w:t>☐  Ma biographie suit un fil rouge, chaque étape explique la forme de mon travail, et elle dit où le trouver.</w:t>
      </w:r>
    </w:p>
    <w:p>
      <w:pPr>
        <w:spacing w:after="40"/>
      </w:pPr>
      <w:r>
        <w:rPr>
          <w:b w:val="0"/>
          <w:i w:val="0"/>
        </w:rPr>
        <w:t>☐  Dans mon portfolio, les textes sont de moi, sans citation d'auteur qui ne me concerne pas.</w:t>
      </w:r>
    </w:p>
    <w:p>
      <w:pPr>
        <w:spacing w:after="40"/>
      </w:pPr>
      <w:r>
        <w:rPr>
          <w:b w:val="0"/>
          <w:i w:val="0"/>
        </w:rPr>
        <w:t>☐  J'en suis à la troisième ou quatrième version, relue par des personnes qui connaissent mon travail.</w:t>
      </w:r>
    </w:p>
    <w:p>
      <w:pPr>
        <w:spacing w:after="40"/>
      </w:pPr>
      <w:r>
        <w:rPr>
          <w:b w:val="0"/>
          <w:i w:val="0"/>
        </w:rPr>
        <w:t>☐  L'image placée à côté du texte est aussi soignée que lui.</w:t>
      </w: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lacondamine.org/ressources-artistes/articles/textes-de-presentation/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4, d'après le webinaire de Pierre-Benoit Roux du 28 janvier 2021.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Construire sa base de textes et la décliner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